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COMPASS</w:t>
      </w:r>
    </w:p>
    <w:p>
      <w:pPr>
        <w:jc w:val="center"/>
      </w:pPr>
      <w:r>
        <w:t>CASE MANAGEMENT, INTERVENTION AND RECOVERY SUPPORT SERVICES</w:t>
      </w:r>
    </w:p>
    <w:p>
      <w:pPr>
        <w:pStyle w:val="Heading1"/>
      </w:pPr>
      <w:r>
        <w:t>Confidential Client Information &amp; Recovery Assessment</w:t>
      </w:r>
    </w:p>
    <w:p>
      <w:r>
        <w:t>Please complete what you feel comfortable sharing. You may leave optional questions blank or discuss them privately. This is a coaching intake, not a medical assessment.</w:t>
      </w:r>
    </w:p>
    <w:p>
      <w:pPr>
        <w:pStyle w:val="Heading2"/>
      </w:pPr>
      <w:r>
        <w:t>1  Personal information</w:t>
      </w:r>
    </w:p>
    <w:p>
      <w:r>
        <w:t>Date completed / consultation date</w:t>
      </w:r>
    </w:p>
    <w:p>
      <w:r>
        <w:t>________________________________________________________________________________</w:t>
      </w:r>
    </w:p>
    <w:p>
      <w:r>
        <w:t>Full legal name / preferred name</w:t>
      </w:r>
    </w:p>
    <w:p>
      <w:r>
        <w:t>________________________________________________________________________________</w:t>
      </w:r>
    </w:p>
    <w:p>
      <w:r>
        <w:t>Date of birth</w:t>
      </w:r>
    </w:p>
    <w:p>
      <w:r>
        <w:t>________________________________________________________________________________</w:t>
      </w:r>
    </w:p>
    <w:p>
      <w:r>
        <w:t>Street address / city / state / ZIP</w:t>
      </w:r>
    </w:p>
    <w:p>
      <w:r>
        <w:t>________________________________________________________________________________</w:t>
      </w:r>
    </w:p>
    <w:p>
      <w:r>
        <w:t>Cell phone / email</w:t>
      </w:r>
    </w:p>
    <w:p>
      <w:r>
        <w:t>________________________________________________________________________________</w:t>
      </w:r>
    </w:p>
    <w:p>
      <w:r>
        <w:t>Emergency contact / relationship / phone</w:t>
      </w:r>
    </w:p>
    <w:p>
      <w:r>
        <w:t>________________________________________________________________________________</w:t>
      </w:r>
    </w:p>
    <w:p>
      <w:r>
        <w:t>Referred by</w:t>
      </w:r>
    </w:p>
    <w:p>
      <w:r>
        <w:t>________________________________________________________________________________</w:t>
      </w:r>
    </w:p>
    <w:p>
      <w:r>
        <w:t>Preferred communication   ☐ Call   ☐ Text   ☐ Email</w:t>
      </w:r>
    </w:p>
    <w:p>
      <w:r>
        <w:t>Safe to leave voicemail or text?   ☐ Yes   ☐ No</w:t>
      </w:r>
    </w:p>
    <w:p>
      <w:r>
        <w:t>Living situation   ☐ Own/rent   ☐ With family   ☐ Sober living   ☐ Transitional   ☐ Unstable   ☐ Other</w:t>
      </w:r>
    </w:p>
    <w:p>
      <w:r>
        <w:t>Relationship status / employment or school status</w:t>
      </w:r>
    </w:p>
    <w:p>
      <w:r>
        <w:t>________________________________________________________________________________</w:t>
      </w:r>
    </w:p>
    <w:p>
      <w:pPr>
        <w:pStyle w:val="Heading2"/>
      </w:pPr>
      <w:r>
        <w:t>2  Family and support system</w:t>
      </w:r>
    </w:p>
    <w:p>
      <w:r>
        <w:t>Contact 1: name / relationship / phone / email / role in recovery</w:t>
      </w:r>
    </w:p>
    <w:p>
      <w:r>
        <w:t>________________________________________________________________________________</w:t>
      </w:r>
    </w:p>
    <w:p>
      <w:r>
        <w:t>Contact 2: name / relationship / phone / email / role in recovery</w:t>
      </w:r>
    </w:p>
    <w:p>
      <w:r>
        <w:t>________________________________________________________________________________</w:t>
      </w:r>
    </w:p>
    <w:p>
      <w:r>
        <w:t>Contact 3: name / relationship / phone / email / role in recovery</w:t>
      </w:r>
    </w:p>
    <w:p>
      <w:r>
        <w:t>________________________________________________________________________________</w:t>
      </w:r>
    </w:p>
    <w:p>
      <w:r>
        <w:t>Who is your strongest support?</w:t>
      </w:r>
    </w:p>
    <w:p>
      <w:r>
        <w:t>________________________________________________________________________________</w:t>
      </w:r>
    </w:p>
    <w:p>
      <w:r>
        <w:t>________________________________________________________________________________</w:t>
      </w:r>
    </w:p>
    <w:p>
      <w:r>
        <w:t>Relationships you hope to improve or rebuild</w:t>
      </w:r>
    </w:p>
    <w:p>
      <w:r>
        <w:t>________________________________________________________________________________</w:t>
      </w:r>
    </w:p>
    <w:p>
      <w:r>
        <w:t>________________________________________________________________________________</w:t>
      </w:r>
    </w:p>
    <w:p>
      <w:r>
        <w:t>People you do NOT wish involved</w:t>
      </w:r>
    </w:p>
    <w:p>
      <w:r>
        <w:t>________________________________________________________________________________</w:t>
      </w:r>
    </w:p>
    <w:p>
      <w:r>
        <w:t>________________________________________________________________________________</w:t>
      </w:r>
    </w:p>
    <w:p>
      <w:r>
        <w:t>Are family members receiving support or education?</w:t>
      </w:r>
    </w:p>
    <w:p>
      <w:r>
        <w:t>________________________________________________________________________________</w:t>
      </w:r>
    </w:p>
    <w:p>
      <w:r>
        <w:t>________________________________________________________________________________</w:t>
      </w:r>
    </w:p>
    <w:p>
      <w:r>
        <w:t>Listing a contact does not authorize Compass to disclose information. Separate written permission is required.</w:t>
      </w:r>
    </w:p>
    <w:p>
      <w:pPr>
        <w:pStyle w:val="Heading2"/>
      </w:pPr>
      <w:r>
        <w:t>3  Substance use and recovery history</w:t>
      </w:r>
    </w:p>
    <w:p>
      <w:r>
        <w:t>Primary substance(s) of concern and other substances</w:t>
      </w:r>
    </w:p>
    <w:p>
      <w:r>
        <w:t>________________________________________________________________________________</w:t>
      </w:r>
    </w:p>
    <w:p>
      <w:r>
        <w:t>________________________________________________________________________________</w:t>
      </w:r>
    </w:p>
    <w:p>
      <w:r>
        <w:t>Age of first use / when problems began</w:t>
      </w:r>
    </w:p>
    <w:p>
      <w:r>
        <w:t>________________________________________________________________________________</w:t>
      </w:r>
    </w:p>
    <w:p>
      <w:r>
        <w:t>________________________________________________________________________________</w:t>
      </w:r>
    </w:p>
    <w:p>
      <w:r>
        <w:t>Most recent use (optional)</w:t>
      </w:r>
    </w:p>
    <w:p>
      <w:r>
        <w:t>________________________________________________________________________________</w:t>
      </w:r>
    </w:p>
    <w:p>
      <w:r>
        <w:t>________________________________________________________________________________</w:t>
      </w:r>
    </w:p>
    <w:p>
      <w:r>
        <w:t>Longest recovery period and what helped</w:t>
      </w:r>
    </w:p>
    <w:p>
      <w:r>
        <w:t>________________________________________________________________________________</w:t>
      </w:r>
    </w:p>
    <w:p>
      <w:r>
        <w:t>________________________________________________________________________________</w:t>
      </w:r>
    </w:p>
    <w:p>
      <w:r>
        <w:t>Previous returns to use and possible triggers</w:t>
      </w:r>
    </w:p>
    <w:p>
      <w:r>
        <w:t>________________________________________________________________________________</w:t>
      </w:r>
    </w:p>
    <w:p>
      <w:r>
        <w:t>________________________________________________________________________________</w:t>
      </w:r>
    </w:p>
    <w:p>
      <w:r>
        <w:t>Situations, emotions or environments that increase risk</w:t>
      </w:r>
    </w:p>
    <w:p>
      <w:r>
        <w:t>________________________________________________________________________________</w:t>
      </w:r>
    </w:p>
    <w:p>
      <w:r>
        <w:t>________________________________________________________________________________</w:t>
      </w:r>
    </w:p>
    <w:p>
      <w:r>
        <w:t>Coping strategies that have helped</w:t>
      </w:r>
    </w:p>
    <w:p>
      <w:r>
        <w:t>________________________________________________________________________________</w:t>
      </w:r>
    </w:p>
    <w:p>
      <w:r>
        <w:t>________________________________________________________________________________</w:t>
      </w:r>
    </w:p>
    <w:p>
      <w:r>
        <w:t>Current status   ☐ Abstinent   ☐ Using   ☐ Reducing   ☐ Medication-supported   ☐ Discuss privately</w:t>
      </w:r>
    </w:p>
    <w:p>
      <w:r>
        <w:t>Past concerns   ☐ Withdrawal   ☐ Seizures   ☐ Overdose   ☐ Hospitalization   ☐ Blackouts   ☐ Other   ☐ Prefer not to answer</w:t>
      </w:r>
    </w:p>
    <w:p>
      <w:r>
        <w:t>Any immediate concerns about withdrawal, overdose or safety?</w:t>
      </w:r>
    </w:p>
    <w:p>
      <w:r>
        <w:t>________________________________________________________________________________</w:t>
      </w:r>
    </w:p>
    <w:p>
      <w:pPr>
        <w:pStyle w:val="Heading2"/>
      </w:pPr>
      <w:r>
        <w:t>4  Treatment and clinical support</w:t>
      </w:r>
    </w:p>
    <w:p>
      <w:r>
        <w:t>Prior care   ☐ Detox   ☐ Residential   ☐ PHP   ☐ IOP   ☐ Outpatient   ☐ Therapy   ☐ Psychiatry   ☐ Group   ☐ Sober living   ☐ Coaching</w:t>
      </w:r>
    </w:p>
    <w:p>
      <w:r>
        <w:t>Treatment program 1: name / approximate dates / type / what helped</w:t>
      </w:r>
    </w:p>
    <w:p>
      <w:r>
        <w:t>________________________________________________________________________________</w:t>
      </w:r>
    </w:p>
    <w:p>
      <w:r>
        <w:t>________________________________________________________________________________</w:t>
      </w:r>
    </w:p>
    <w:p>
      <w:r>
        <w:t>Treatment program 2: name / approximate dates / type / what helped</w:t>
      </w:r>
    </w:p>
    <w:p>
      <w:r>
        <w:t>________________________________________________________________________________</w:t>
      </w:r>
    </w:p>
    <w:p>
      <w:r>
        <w:t>________________________________________________________________________________</w:t>
      </w:r>
    </w:p>
    <w:p>
      <w:r>
        <w:t>Current therapist: name / practice / phone</w:t>
      </w:r>
    </w:p>
    <w:p>
      <w:r>
        <w:t>________________________________________________________________________________</w:t>
      </w:r>
    </w:p>
    <w:p>
      <w:r>
        <w:t>________________________________________________________________________________</w:t>
      </w:r>
    </w:p>
    <w:p>
      <w:r>
        <w:t>Psychiatrist or prescriber: name / practice / phone</w:t>
      </w:r>
    </w:p>
    <w:p>
      <w:r>
        <w:t>________________________________________________________________________________</w:t>
      </w:r>
    </w:p>
    <w:p>
      <w:r>
        <w:t>________________________________________________________________________________</w:t>
      </w:r>
    </w:p>
    <w:p>
      <w:r>
        <w:t>Primary care clinician: name / phone</w:t>
      </w:r>
    </w:p>
    <w:p>
      <w:r>
        <w:t>________________________________________________________________________________</w:t>
      </w:r>
    </w:p>
    <w:p>
      <w:r>
        <w:t>________________________________________________________________________________</w:t>
      </w:r>
    </w:p>
    <w:p>
      <w:r>
        <w:t>Current outpatient treatment or counseling</w:t>
      </w:r>
    </w:p>
    <w:p>
      <w:r>
        <w:t>________________________________________________________________________________</w:t>
      </w:r>
    </w:p>
    <w:p>
      <w:r>
        <w:t>________________________________________________________________________________</w:t>
      </w:r>
    </w:p>
    <w:p>
      <w:r>
        <w:t>Medications relevant to safety or recovery (optional)</w:t>
      </w:r>
    </w:p>
    <w:p>
      <w:r>
        <w:t>________________________________________________________________________________</w:t>
      </w:r>
    </w:p>
    <w:p>
      <w:r>
        <w:t>________________________________________________________________________________</w:t>
      </w:r>
    </w:p>
    <w:p>
      <w:r>
        <w:t>Medication treatment for substance use (optional)</w:t>
      </w:r>
    </w:p>
    <w:p>
      <w:r>
        <w:t>________________________________________________________________________________</w:t>
      </w:r>
    </w:p>
    <w:p>
      <w:r>
        <w:t>________________________________________________________________________________</w:t>
      </w:r>
    </w:p>
    <w:p>
      <w:r>
        <w:t>What has and has not helped in treatment?</w:t>
      </w:r>
    </w:p>
    <w:p>
      <w:r>
        <w:t>________________________________________________________________________________</w:t>
      </w:r>
    </w:p>
    <w:p>
      <w:r>
        <w:t>________________________________________________________________________________</w:t>
      </w:r>
    </w:p>
    <w:p>
      <w:r>
        <w:t>Would you like help coordinating with clinicians?   ☐ Yes   ☐ No   ☐ Unsure</w:t>
      </w:r>
    </w:p>
    <w:p>
      <w:pPr>
        <w:pStyle w:val="Heading2"/>
      </w:pPr>
      <w:r>
        <w:t>5  Mental and physical wellness</w:t>
      </w:r>
    </w:p>
    <w:p>
      <w:r>
        <w:t>Concerns you wish to share   ☐ Anxiety   ☐ Depression   ☐ Trauma   ☐ Sleep   ☐ Mood   ☐ Attention   ☐ Grief   ☐ Other   ☐ Prefer not to answer</w:t>
      </w:r>
    </w:p>
    <w:p>
      <w:r>
        <w:t>Significant health conditions, allergies, or accessibility needs</w:t>
      </w:r>
    </w:p>
    <w:p>
      <w:r>
        <w:t>________________________________________________________________________________</w:t>
      </w:r>
    </w:p>
    <w:p>
      <w:r>
        <w:t>________________________________________________________________________________</w:t>
      </w:r>
    </w:p>
    <w:p>
      <w:r>
        <w:t>Stress-management strategies</w:t>
      </w:r>
    </w:p>
    <w:p>
      <w:r>
        <w:t>________________________________________________________________________________</w:t>
      </w:r>
    </w:p>
    <w:p>
      <w:r>
        <w:t>________________________________________________________________________________</w:t>
      </w:r>
    </w:p>
    <w:p>
      <w:r>
        <w:t>Do you currently feel safe?</w:t>
      </w:r>
    </w:p>
    <w:p>
      <w:r>
        <w:t>________________________________________________________________________________</w:t>
      </w:r>
    </w:p>
    <w:p>
      <w:r>
        <w:t>________________________________________________________________________________</w:t>
      </w:r>
    </w:p>
    <w:p>
      <w:r>
        <w:t>Any immediate thoughts of harming yourself or someone else? (Discuss privately if preferred)</w:t>
      </w:r>
    </w:p>
    <w:p>
      <w:r>
        <w:t>________________________________________________________________________________</w:t>
      </w:r>
    </w:p>
    <w:p>
      <w:r>
        <w:t>________________________________________________________________________________</w:t>
      </w:r>
    </w:p>
    <w:p>
      <w:r>
        <w:t>Urgent medical, psychiatric or safety concerns require emergency or qualified clinical care. Coaching is not crisis response.</w:t>
      </w:r>
    </w:p>
    <w:p>
      <w:pPr>
        <w:pStyle w:val="Heading2"/>
      </w:pPr>
      <w:r>
        <w:t>6  Faith, spirituality and values — optional</w:t>
      </w:r>
    </w:p>
    <w:p>
      <w:r>
        <w:t>Religious, spiritual or philosophical orientation, if any</w:t>
      </w:r>
    </w:p>
    <w:p>
      <w:r>
        <w:t>________________________________________________________________________________</w:t>
      </w:r>
    </w:p>
    <w:p>
      <w:r>
        <w:t>________________________________________________________________________________</w:t>
      </w:r>
    </w:p>
    <w:p>
      <w:r>
        <w:t>Would you like faith or spiritual resources included?</w:t>
      </w:r>
    </w:p>
    <w:p>
      <w:r>
        <w:t>________________________________________________________________________________</w:t>
      </w:r>
    </w:p>
    <w:p>
      <w:r>
        <w:t>________________________________________________________________________________</w:t>
      </w:r>
    </w:p>
    <w:p>
      <w:r>
        <w:t>Personal or cultural values you would like respected</w:t>
      </w:r>
    </w:p>
    <w:p>
      <w:r>
        <w:t>________________________________________________________________________________</w:t>
      </w:r>
    </w:p>
    <w:p>
      <w:r>
        <w:t>________________________________________________________________________________</w:t>
      </w:r>
    </w:p>
    <w:p>
      <w:pPr>
        <w:pStyle w:val="Heading2"/>
      </w:pPr>
      <w:r>
        <w:t>7  Hobbies and daily life</w:t>
      </w:r>
    </w:p>
    <w:p>
      <w:r>
        <w:t>Hobbies and interests you enjoy</w:t>
      </w:r>
    </w:p>
    <w:p>
      <w:r>
        <w:t>________________________________________________________________________________</w:t>
      </w:r>
    </w:p>
    <w:p>
      <w:r>
        <w:t>________________________________________________________________________________</w:t>
      </w:r>
    </w:p>
    <w:p>
      <w:r>
        <w:t>Activities you would like to resume or explore</w:t>
      </w:r>
    </w:p>
    <w:p>
      <w:r>
        <w:t>________________________________________________________________________________</w:t>
      </w:r>
    </w:p>
    <w:p>
      <w:r>
        <w:t>________________________________________________________________________________</w:t>
      </w:r>
    </w:p>
    <w:p>
      <w:r>
        <w:t>What would a healthy, fulfilling day look like?</w:t>
      </w:r>
    </w:p>
    <w:p>
      <w:r>
        <w:t>________________________________________________________________________________</w:t>
      </w:r>
    </w:p>
    <w:p>
      <w:r>
        <w:t>________________________________________________________________________________</w:t>
      </w:r>
    </w:p>
    <w:p>
      <w:r>
        <w:t>Interests   ☐ Fitness   ☐ Outdoors   ☐ Sports   ☐ Arts   ☐ Reading   ☐ Volunteering   ☐ Mindfulness   ☐ Community   ☐ Other</w:t>
      </w:r>
    </w:p>
    <w:p>
      <w:pPr>
        <w:pStyle w:val="Heading2"/>
      </w:pPr>
      <w:r>
        <w:t>8  Recovery community</w:t>
      </w:r>
    </w:p>
    <w:p>
      <w:r>
        <w:t>Experience with   ☐ AA   ☐ NA   ☐ SMART   ☐ Recovery Dharma   ☐ Celebrate Recovery   ☐ Other   ☐ None</w:t>
      </w:r>
    </w:p>
    <w:p>
      <w:r>
        <w:t>Sponsor, mentor or accountability partner</w:t>
      </w:r>
    </w:p>
    <w:p>
      <w:r>
        <w:t>________________________________________________________________________________</w:t>
      </w:r>
    </w:p>
    <w:p>
      <w:r>
        <w:t>________________________________________________________________________________</w:t>
      </w:r>
    </w:p>
    <w:p>
      <w:r>
        <w:t>Preferred recovery support approach</w:t>
      </w:r>
    </w:p>
    <w:p>
      <w:r>
        <w:t>________________________________________________________________________________</w:t>
      </w:r>
    </w:p>
    <w:p>
      <w:r>
        <w:t>________________________________________________________________________________</w:t>
      </w:r>
    </w:p>
    <w:p>
      <w:r>
        <w:t>Interest in additional community resources</w:t>
      </w:r>
    </w:p>
    <w:p>
      <w:r>
        <w:t>________________________________________________________________________________</w:t>
      </w:r>
    </w:p>
    <w:p>
      <w:r>
        <w:t>________________________________________________________________________________</w:t>
      </w:r>
    </w:p>
    <w:p>
      <w:pPr>
        <w:pStyle w:val="Heading2"/>
      </w:pPr>
      <w:r>
        <w:t>9  Practical stability and legal considerations</w:t>
      </w:r>
    </w:p>
    <w:p>
      <w:r>
        <w:t>Employment   ☐ Full-time   ☐ Part-time   ☐ Self-employed   ☐ Student   ☐ Unemployed   ☐ Retired   ☐ Other</w:t>
      </w:r>
    </w:p>
    <w:p>
      <w:r>
        <w:t>Employment or education goals</w:t>
      </w:r>
    </w:p>
    <w:p>
      <w:r>
        <w:t>________________________________________________________________________________</w:t>
      </w:r>
    </w:p>
    <w:p>
      <w:r>
        <w:t>________________________________________________________________________________</w:t>
      </w:r>
    </w:p>
    <w:p>
      <w:r>
        <w:t>Housing, transportation or financial pressures affecting recovery</w:t>
      </w:r>
    </w:p>
    <w:p>
      <w:r>
        <w:t>________________________________________________________________________________</w:t>
      </w:r>
    </w:p>
    <w:p>
      <w:r>
        <w:t>________________________________________________________________________________</w:t>
      </w:r>
    </w:p>
    <w:p>
      <w:r>
        <w:t>Legal or court obligations affecting appointments (optional)</w:t>
      </w:r>
    </w:p>
    <w:p>
      <w:r>
        <w:t>________________________________________________________________________________</w:t>
      </w:r>
    </w:p>
    <w:p>
      <w:r>
        <w:t>________________________________________________________________________________</w:t>
      </w:r>
    </w:p>
    <w:p>
      <w:r>
        <w:t>Resources or referrals that would be helpful</w:t>
      </w:r>
    </w:p>
    <w:p>
      <w:r>
        <w:t>________________________________________________________________________________</w:t>
      </w:r>
    </w:p>
    <w:p>
      <w:r>
        <w:t>________________________________________________________________________________</w:t>
      </w:r>
    </w:p>
    <w:p>
      <w:pPr>
        <w:pStyle w:val="Heading2"/>
      </w:pPr>
      <w:r>
        <w:t>10  Goals and motivation</w:t>
      </w:r>
    </w:p>
    <w:p>
      <w:r>
        <w:t>Why seek recovery support now?</w:t>
      </w:r>
    </w:p>
    <w:p>
      <w:r>
        <w:t>________________________________________________________________________________</w:t>
      </w:r>
    </w:p>
    <w:p>
      <w:r>
        <w:t>________________________________________________________________________________</w:t>
      </w:r>
    </w:p>
    <w:p>
      <w:r>
        <w:t>Top three goals for the next 60 days</w:t>
      </w:r>
    </w:p>
    <w:p>
      <w:r>
        <w:t>________________________________________________________________________________</w:t>
      </w:r>
    </w:p>
    <w:p>
      <w:r>
        <w:t>________________________________________________________________________________</w:t>
      </w:r>
    </w:p>
    <w:p>
      <w:r>
        <w:t>Greatest concerns about the next 60 days</w:t>
      </w:r>
    </w:p>
    <w:p>
      <w:r>
        <w:t>________________________________________________________________________________</w:t>
      </w:r>
    </w:p>
    <w:p>
      <w:r>
        <w:t>________________________________________________________________________________</w:t>
      </w:r>
    </w:p>
    <w:p>
      <w:r>
        <w:t>Personal strengths and sources of hope</w:t>
      </w:r>
    </w:p>
    <w:p>
      <w:r>
        <w:t>________________________________________________________________________________</w:t>
      </w:r>
    </w:p>
    <w:p>
      <w:r>
        <w:t>________________________________________________________________________________</w:t>
      </w:r>
    </w:p>
    <w:p>
      <w:r>
        <w:t>What would success look like in six months?</w:t>
      </w:r>
    </w:p>
    <w:p>
      <w:r>
        <w:t>________________________________________________________________________________</w:t>
      </w:r>
    </w:p>
    <w:p>
      <w:r>
        <w:t>________________________________________________________________________________</w:t>
      </w:r>
    </w:p>
    <w:p>
      <w:r>
        <w:t>Readiness for change (1–10) and what would increase it</w:t>
      </w:r>
    </w:p>
    <w:p>
      <w:r>
        <w:t>________________________________________________________________________________</w:t>
      </w:r>
    </w:p>
    <w:p>
      <w:r>
        <w:t>________________________________________________________________________________</w:t>
      </w:r>
    </w:p>
    <w:p>
      <w:pPr>
        <w:pStyle w:val="Heading2"/>
      </w:pPr>
      <w:r>
        <w:t>11  Coaching preferences</w:t>
      </w:r>
    </w:p>
    <w:p>
      <w:r>
        <w:t>Desired support   ☐ Accountability   ☐ Encouragement   ☐ Structure   ☐ Planning   ☐ Family   ☐ Referrals   ☐ Clinical coordination</w:t>
      </w:r>
    </w:p>
    <w:p>
      <w:r>
        <w:t>Preferred days/times for weekly in-person sessions</w:t>
      </w:r>
    </w:p>
    <w:p>
      <w:r>
        <w:t>________________________________________________________________________________</w:t>
      </w:r>
    </w:p>
    <w:p>
      <w:r>
        <w:t>________________________________________________________________________________</w:t>
      </w:r>
    </w:p>
    <w:p>
      <w:r>
        <w:t>Preferred Friday and Sunday call times</w:t>
      </w:r>
    </w:p>
    <w:p>
      <w:r>
        <w:t>________________________________________________________________________________</w:t>
      </w:r>
    </w:p>
    <w:p>
      <w:r>
        <w:t>________________________________________________________________________________</w:t>
      </w:r>
    </w:p>
    <w:p>
      <w:r>
        <w:t>Communication boundaries and preferences</w:t>
      </w:r>
    </w:p>
    <w:p>
      <w:r>
        <w:t>________________________________________________________________________________</w:t>
      </w:r>
    </w:p>
    <w:p>
      <w:r>
        <w:t>________________________________________________________________________________</w:t>
      </w:r>
    </w:p>
    <w:p>
      <w:r>
        <w:t>Anything else you would like Dan to know?</w:t>
      </w:r>
    </w:p>
    <w:p>
      <w:r>
        <w:t>________________________________________________________________________________</w:t>
      </w:r>
    </w:p>
    <w:p>
      <w:r>
        <w:t>________________________________________________________________________________</w:t>
      </w:r>
    </w:p>
    <w:p>
      <w:r>
        <w:t>Monthly family Zoom participation   ☐ Yes   ☐ No   ☐ Undecided</w:t>
      </w:r>
    </w:p>
    <w:p>
      <w:pPr>
        <w:pStyle w:val="Heading2"/>
      </w:pPr>
      <w:r>
        <w:t>12  Collaborative 60-day planning — complete together</w:t>
      </w:r>
    </w:p>
    <w:p>
      <w:r>
        <w:t>Priority 1 / Priority 2 / Priority 3</w:t>
      </w:r>
    </w:p>
    <w:p>
      <w:r>
        <w:t>________________________________________________________________________________</w:t>
      </w:r>
    </w:p>
    <w:p>
      <w:r>
        <w:t>________________________________________________________________________________</w:t>
      </w:r>
    </w:p>
    <w:p>
      <w:r>
        <w:t>Barriers and strengths</w:t>
      </w:r>
    </w:p>
    <w:p>
      <w:r>
        <w:t>________________________________________________________________________________</w:t>
      </w:r>
    </w:p>
    <w:p>
      <w:r>
        <w:t>________________________________________________________________________________</w:t>
      </w:r>
    </w:p>
    <w:p>
      <w:r>
        <w:t>Immediate referral or resource needs</w:t>
      </w:r>
    </w:p>
    <w:p>
      <w:r>
        <w:t>________________________________________________________________________________</w:t>
      </w:r>
    </w:p>
    <w:p>
      <w:r>
        <w:t>________________________________________________________________________________</w:t>
      </w:r>
    </w:p>
    <w:p>
      <w:r>
        <w:t>First coaching appointment / next steps</w:t>
      </w:r>
    </w:p>
    <w:p>
      <w:r>
        <w:t>________________________________________________________________________________</w:t>
      </w:r>
    </w:p>
    <w:p>
      <w:r>
        <w:t>________________________________________________________________________________</w:t>
      </w:r>
    </w:p>
    <w:p>
      <w:pPr>
        <w:pStyle w:val="Heading2"/>
      </w:pPr>
      <w:r>
        <w:t>Client acknowledgment</w:t>
      </w:r>
    </w:p>
    <w:p>
      <w:r>
        <w:t>I understand that this information supports individualized nonclinical recovery coaching. Coaching does not replace medical care, psychotherapy, psychiatric care, or emergency services. Information sharing with family or outside providers requires appropriate authorization.</w:t>
      </w:r>
    </w:p>
    <w:p>
      <w:r>
        <w:t>Client signature / date</w:t>
      </w:r>
    </w:p>
    <w:p>
      <w:r>
        <w:t>________________________________________________________________________________</w:t>
      </w:r>
    </w:p>
    <w:p>
      <w:r>
        <w:t>Recovery coach signature / date</w:t>
      </w:r>
    </w:p>
    <w:p>
      <w:r>
        <w:t>________________________________________________________________________________</w:t>
      </w:r>
    </w:p>
    <w:p>
      <w:pPr>
        <w:jc w:val="center"/>
      </w:pPr>
      <w:r>
        <w:t>COMPASS  •  561-707-0123  •  danh2702@gmail.com</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CONFIDENTIAL CLIENT INTAKE  •  Store securely and restrict access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1E1E"/>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1E1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E1E1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